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6682"/>
        <w:gridCol w:w="1944"/>
      </w:tblGrid>
      <w:tr w:rsidR="009C450E" w14:paraId="5280CE28" w14:textId="77777777">
        <w:trPr>
          <w:cantSplit/>
          <w:trHeight w:val="979"/>
        </w:trPr>
        <w:tc>
          <w:tcPr>
            <w:tcW w:w="19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C119E" w14:textId="77777777" w:rsidR="009C450E" w:rsidRDefault="009C450E">
            <w:bookmarkStart w:id="0" w:name="_GoBack"/>
            <w:bookmarkEnd w:id="0"/>
          </w:p>
        </w:tc>
        <w:tc>
          <w:tcPr>
            <w:tcW w:w="668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75A2A" w14:textId="77777777" w:rsidR="003251E2" w:rsidRDefault="003251E2" w:rsidP="00037D92">
            <w:pPr>
              <w:keepLines/>
              <w:spacing w:line="360" w:lineRule="exact"/>
              <w:rPr>
                <w:rFonts w:eastAsia="Malgun Gothic"/>
                <w:b/>
                <w:color w:val="000000"/>
                <w:sz w:val="33"/>
                <w:lang w:eastAsia="ko-KR"/>
              </w:rPr>
            </w:pPr>
          </w:p>
          <w:p w14:paraId="0DC10044" w14:textId="77777777" w:rsidR="003251E2" w:rsidRDefault="00921D06" w:rsidP="00037D92">
            <w:pPr>
              <w:keepLines/>
              <w:spacing w:line="360" w:lineRule="exact"/>
              <w:jc w:val="center"/>
              <w:rPr>
                <w:rFonts w:eastAsia="Malgun Gothic"/>
                <w:b/>
                <w:color w:val="000000"/>
                <w:sz w:val="33"/>
                <w:lang w:eastAsia="ko-KR"/>
              </w:rPr>
            </w:pPr>
            <w:r>
              <w:rPr>
                <w:b/>
                <w:color w:val="000000"/>
                <w:sz w:val="33"/>
              </w:rPr>
              <w:t>WAITLIST FORM</w:t>
            </w:r>
          </w:p>
          <w:p w14:paraId="594CAD1E" w14:textId="755A52A5" w:rsidR="00037D92" w:rsidRPr="00037D92" w:rsidRDefault="00037D92" w:rsidP="00037D92">
            <w:pPr>
              <w:keepLines/>
              <w:spacing w:line="360" w:lineRule="exact"/>
              <w:jc w:val="center"/>
              <w:rPr>
                <w:rFonts w:eastAsia="Malgun Gothic"/>
                <w:b/>
                <w:color w:val="000000"/>
                <w:sz w:val="33"/>
                <w:lang w:eastAsia="ko-KR"/>
              </w:rPr>
            </w:pPr>
          </w:p>
        </w:tc>
        <w:tc>
          <w:tcPr>
            <w:tcW w:w="19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A461E" w14:textId="71950A8A" w:rsidR="009C450E" w:rsidRPr="00037D92" w:rsidRDefault="009C450E" w:rsidP="00037D92">
            <w:pPr>
              <w:spacing w:line="240" w:lineRule="auto"/>
              <w:ind w:right="200"/>
              <w:jc w:val="right"/>
              <w:rPr>
                <w:rFonts w:eastAsia="Malgun Gothic"/>
                <w:lang w:eastAsia="ko-KR"/>
              </w:rPr>
            </w:pPr>
          </w:p>
        </w:tc>
      </w:tr>
    </w:tbl>
    <w:p w14:paraId="3271A5AE" w14:textId="7DC24F95" w:rsidR="009C450E" w:rsidRDefault="00037D92">
      <w:pPr>
        <w:keepLines/>
        <w:spacing w:line="80" w:lineRule="exac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1DB8F1" wp14:editId="7581C589">
            <wp:simplePos x="0" y="0"/>
            <wp:positionH relativeFrom="column">
              <wp:posOffset>5270500</wp:posOffset>
            </wp:positionH>
            <wp:positionV relativeFrom="paragraph">
              <wp:posOffset>-732155</wp:posOffset>
            </wp:positionV>
            <wp:extent cx="1433830" cy="659181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39579" cy="6618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/>
          <w:sz w:val="2"/>
        </w:rPr>
        <w:t xml:space="preserve"> </w:t>
      </w:r>
    </w:p>
    <w:tbl>
      <w:tblPr>
        <w:tblW w:w="109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925"/>
        <w:gridCol w:w="360"/>
        <w:gridCol w:w="5270"/>
      </w:tblGrid>
      <w:tr w:rsidR="009C450E" w14:paraId="61E3D5CE" w14:textId="77777777" w:rsidTr="00A70953">
        <w:trPr>
          <w:cantSplit/>
          <w:trHeight w:val="559"/>
        </w:trPr>
        <w:tc>
          <w:tcPr>
            <w:tcW w:w="36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CEDD32F" w14:textId="77777777" w:rsidR="009C450E" w:rsidRPr="00037D92" w:rsidRDefault="00921D06" w:rsidP="00037D92">
            <w:pPr>
              <w:keepLines/>
              <w:spacing w:line="400" w:lineRule="atLeast"/>
              <w:rPr>
                <w:b/>
                <w:bCs/>
                <w:sz w:val="46"/>
                <w:szCs w:val="46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4925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ACB9D25" w14:textId="77777777" w:rsidR="009C450E" w:rsidRPr="00037D92" w:rsidRDefault="00921D06" w:rsidP="00037D92">
            <w:pPr>
              <w:keepLines/>
              <w:spacing w:line="400" w:lineRule="atLeast"/>
              <w:rPr>
                <w:sz w:val="26"/>
                <w:szCs w:val="26"/>
              </w:rPr>
            </w:pPr>
            <w:r w:rsidRPr="00037D92">
              <w:rPr>
                <w:b/>
                <w:color w:val="000000"/>
                <w:sz w:val="26"/>
                <w:szCs w:val="26"/>
              </w:rPr>
              <w:t>Cameron</w:t>
            </w:r>
            <w:r w:rsidRPr="00037D92">
              <w:rPr>
                <w:color w:val="000000"/>
                <w:sz w:val="26"/>
                <w:szCs w:val="26"/>
              </w:rPr>
              <w:t xml:space="preserve"> </w:t>
            </w:r>
            <w:r w:rsidRPr="00037D92">
              <w:rPr>
                <w:color w:val="000000"/>
                <w:sz w:val="24"/>
                <w:szCs w:val="24"/>
              </w:rPr>
              <w:t>(Infant/Toddler, 3-5) NE Burnaby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05883EF" w14:textId="747EC1D3" w:rsidR="009C450E" w:rsidRPr="00593A44" w:rsidRDefault="00037D92" w:rsidP="00037D92">
            <w:pPr>
              <w:keepLines/>
              <w:spacing w:line="400" w:lineRule="atLeast"/>
              <w:rPr>
                <w:b/>
                <w:bCs/>
                <w:sz w:val="40"/>
                <w:szCs w:val="40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527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ECA4C73" w14:textId="77777777" w:rsidR="009C450E" w:rsidRPr="00037D92" w:rsidRDefault="00921D06" w:rsidP="00037D92">
            <w:pPr>
              <w:keepLines/>
              <w:spacing w:line="400" w:lineRule="atLeast"/>
              <w:rPr>
                <w:rFonts w:eastAsia="Malgun Gothic"/>
                <w:lang w:eastAsia="ko-KR"/>
              </w:rPr>
            </w:pPr>
            <w:r w:rsidRPr="00037D92">
              <w:rPr>
                <w:b/>
                <w:color w:val="000000"/>
                <w:sz w:val="26"/>
                <w:szCs w:val="26"/>
              </w:rPr>
              <w:t>Capitol Hill</w:t>
            </w:r>
            <w:r>
              <w:rPr>
                <w:color w:val="000000"/>
              </w:rPr>
              <w:t xml:space="preserve"> </w:t>
            </w:r>
            <w:r w:rsidRPr="00037D92">
              <w:rPr>
                <w:color w:val="000000"/>
                <w:sz w:val="24"/>
                <w:szCs w:val="24"/>
              </w:rPr>
              <w:t>(3-5) North Burnaby</w:t>
            </w:r>
          </w:p>
        </w:tc>
      </w:tr>
      <w:tr w:rsidR="009C450E" w14:paraId="0DBD0A7B" w14:textId="77777777" w:rsidTr="00A70953">
        <w:trPr>
          <w:cantSplit/>
          <w:trHeight w:val="559"/>
        </w:trPr>
        <w:tc>
          <w:tcPr>
            <w:tcW w:w="36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C8E2DC1" w14:textId="24CE12D3" w:rsidR="009C450E" w:rsidRPr="0017550A" w:rsidRDefault="00037D92" w:rsidP="00037D92">
            <w:pPr>
              <w:keepLines/>
              <w:spacing w:line="400" w:lineRule="atLeast"/>
              <w:rPr>
                <w:sz w:val="40"/>
                <w:szCs w:val="40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4925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57E30DB" w14:textId="77777777" w:rsidR="009C450E" w:rsidRDefault="00921D06" w:rsidP="00037D92">
            <w:pPr>
              <w:keepLines/>
              <w:spacing w:line="400" w:lineRule="atLeast"/>
            </w:pPr>
            <w:r w:rsidRPr="00037D92">
              <w:rPr>
                <w:b/>
                <w:color w:val="000000"/>
                <w:sz w:val="26"/>
                <w:szCs w:val="26"/>
              </w:rPr>
              <w:t>Kitchener</w:t>
            </w:r>
            <w:r>
              <w:rPr>
                <w:color w:val="000000"/>
              </w:rPr>
              <w:t xml:space="preserve"> </w:t>
            </w:r>
            <w:r w:rsidRPr="00A70953">
              <w:rPr>
                <w:color w:val="000000"/>
                <w:sz w:val="24"/>
                <w:szCs w:val="24"/>
              </w:rPr>
              <w:t>(School Age) North Burnaby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525498F" w14:textId="6600CA81" w:rsidR="009C450E" w:rsidRPr="0017550A" w:rsidRDefault="00037D92" w:rsidP="00037D92">
            <w:pPr>
              <w:keepLines/>
              <w:spacing w:line="400" w:lineRule="atLeast"/>
              <w:rPr>
                <w:sz w:val="40"/>
                <w:szCs w:val="40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527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2839A24" w14:textId="0ACF09FF" w:rsidR="009C450E" w:rsidRPr="003251E2" w:rsidRDefault="00921D06" w:rsidP="00037D92">
            <w:pPr>
              <w:keepLines/>
              <w:spacing w:line="400" w:lineRule="atLeast"/>
              <w:rPr>
                <w:rFonts w:eastAsia="Malgun Gothic"/>
                <w:sz w:val="24"/>
                <w:szCs w:val="24"/>
                <w:lang w:eastAsia="ko-KR"/>
              </w:rPr>
            </w:pPr>
            <w:r w:rsidRPr="00037D92">
              <w:rPr>
                <w:b/>
                <w:color w:val="000000"/>
                <w:sz w:val="26"/>
                <w:szCs w:val="26"/>
              </w:rPr>
              <w:t>MacDonald Ave</w:t>
            </w:r>
            <w:r w:rsidRPr="003251E2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251E2" w:rsidRPr="00037D92">
              <w:rPr>
                <w:rFonts w:eastAsia="Malgun Gothic" w:hint="eastAsia"/>
                <w:bCs/>
                <w:color w:val="000000"/>
                <w:sz w:val="24"/>
                <w:szCs w:val="24"/>
                <w:lang w:eastAsia="ko-KR"/>
              </w:rPr>
              <w:t>(</w:t>
            </w:r>
            <w:r w:rsidRPr="00037D92">
              <w:rPr>
                <w:bCs/>
                <w:color w:val="000000"/>
                <w:sz w:val="24"/>
                <w:szCs w:val="24"/>
              </w:rPr>
              <w:t>Preschool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A70953">
              <w:rPr>
                <w:color w:val="000000"/>
                <w:sz w:val="24"/>
                <w:szCs w:val="24"/>
              </w:rPr>
              <w:t>2.5-5</w:t>
            </w:r>
            <w:r w:rsidR="003251E2" w:rsidRPr="00037D92">
              <w:rPr>
                <w:rFonts w:eastAsia="Malgun Gothic" w:hint="eastAsia"/>
                <w:bCs/>
                <w:color w:val="000000"/>
                <w:sz w:val="24"/>
                <w:szCs w:val="24"/>
                <w:lang w:eastAsia="ko-KR"/>
              </w:rPr>
              <w:t>)</w:t>
            </w:r>
            <w:r w:rsidR="003251E2" w:rsidRPr="00037D92">
              <w:rPr>
                <w:rFonts w:eastAsia="Malgun Gothic" w:hint="eastAsia"/>
                <w:b/>
                <w:color w:val="000000"/>
                <w:sz w:val="24"/>
                <w:szCs w:val="24"/>
                <w:lang w:eastAsia="ko-KR"/>
              </w:rPr>
              <w:t xml:space="preserve"> </w:t>
            </w:r>
            <w:r w:rsidR="003251E2" w:rsidRPr="00037D92">
              <w:rPr>
                <w:color w:val="000000"/>
                <w:sz w:val="24"/>
                <w:szCs w:val="24"/>
              </w:rPr>
              <w:t>North Burnaby</w:t>
            </w:r>
          </w:p>
        </w:tc>
      </w:tr>
      <w:tr w:rsidR="009C450E" w14:paraId="4FC0EDCF" w14:textId="77777777" w:rsidTr="00A70953">
        <w:trPr>
          <w:cantSplit/>
          <w:trHeight w:val="559"/>
        </w:trPr>
        <w:tc>
          <w:tcPr>
            <w:tcW w:w="36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847DB64" w14:textId="1ADA4B86" w:rsidR="009C450E" w:rsidRPr="0017550A" w:rsidRDefault="00037D92" w:rsidP="00037D92">
            <w:pPr>
              <w:keepLines/>
              <w:spacing w:line="400" w:lineRule="atLeast"/>
              <w:rPr>
                <w:sz w:val="40"/>
                <w:szCs w:val="40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4925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7B8597A" w14:textId="77777777" w:rsidR="009C450E" w:rsidRDefault="00921D06" w:rsidP="00037D92">
            <w:pPr>
              <w:keepLines/>
              <w:spacing w:line="400" w:lineRule="atLeast"/>
            </w:pPr>
            <w:r w:rsidRPr="00A70953">
              <w:rPr>
                <w:b/>
                <w:color w:val="000000"/>
                <w:sz w:val="26"/>
                <w:szCs w:val="26"/>
              </w:rPr>
              <w:t>Rosser</w:t>
            </w:r>
            <w:r>
              <w:rPr>
                <w:color w:val="000000"/>
              </w:rPr>
              <w:t xml:space="preserve"> </w:t>
            </w:r>
            <w:r w:rsidRPr="00A70953">
              <w:rPr>
                <w:color w:val="000000"/>
                <w:sz w:val="24"/>
                <w:szCs w:val="24"/>
              </w:rPr>
              <w:t>(School Age) North Burnaby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64D8878" w14:textId="20E29EBE" w:rsidR="009C450E" w:rsidRPr="0017550A" w:rsidRDefault="00037D92" w:rsidP="00037D92">
            <w:pPr>
              <w:keepLines/>
              <w:spacing w:line="400" w:lineRule="atLeast"/>
              <w:rPr>
                <w:sz w:val="40"/>
                <w:szCs w:val="40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527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77933B2" w14:textId="58B70631" w:rsidR="009C450E" w:rsidRPr="003251E2" w:rsidRDefault="00921D06" w:rsidP="00037D92">
            <w:pPr>
              <w:keepLines/>
              <w:spacing w:line="400" w:lineRule="atLeast"/>
              <w:rPr>
                <w:rFonts w:eastAsia="Malgun Gothic"/>
                <w:sz w:val="24"/>
                <w:szCs w:val="24"/>
                <w:lang w:eastAsia="ko-KR"/>
              </w:rPr>
            </w:pPr>
            <w:r w:rsidRPr="00A70953">
              <w:rPr>
                <w:b/>
                <w:color w:val="000000"/>
                <w:sz w:val="26"/>
                <w:szCs w:val="26"/>
              </w:rPr>
              <w:t>MacDonald Ave</w:t>
            </w:r>
            <w:r w:rsidRPr="003251E2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251E2" w:rsidRPr="00A70953">
              <w:rPr>
                <w:rFonts w:eastAsia="Malgun Gothic" w:hint="eastAsia"/>
                <w:bCs/>
                <w:color w:val="000000"/>
                <w:sz w:val="24"/>
                <w:szCs w:val="24"/>
                <w:lang w:eastAsia="ko-KR"/>
              </w:rPr>
              <w:t>(</w:t>
            </w:r>
            <w:r w:rsidRPr="00A70953">
              <w:rPr>
                <w:bCs/>
                <w:color w:val="000000"/>
                <w:sz w:val="24"/>
                <w:szCs w:val="24"/>
              </w:rPr>
              <w:t>School Age</w:t>
            </w:r>
            <w:r w:rsidR="003251E2" w:rsidRPr="00A70953">
              <w:rPr>
                <w:rFonts w:eastAsia="Malgun Gothic" w:hint="eastAsia"/>
                <w:bCs/>
                <w:color w:val="000000"/>
                <w:sz w:val="24"/>
                <w:szCs w:val="24"/>
                <w:lang w:eastAsia="ko-KR"/>
              </w:rPr>
              <w:t xml:space="preserve">) </w:t>
            </w:r>
            <w:r w:rsidR="003251E2" w:rsidRPr="00A70953">
              <w:rPr>
                <w:color w:val="000000"/>
                <w:sz w:val="24"/>
                <w:szCs w:val="24"/>
              </w:rPr>
              <w:t>North Burnaby</w:t>
            </w:r>
          </w:p>
        </w:tc>
      </w:tr>
      <w:tr w:rsidR="009C450E" w14:paraId="46B5A402" w14:textId="77777777" w:rsidTr="00A70953">
        <w:trPr>
          <w:cantSplit/>
          <w:trHeight w:val="559"/>
        </w:trPr>
        <w:tc>
          <w:tcPr>
            <w:tcW w:w="36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76FF63E" w14:textId="0A7A5829" w:rsidR="009C450E" w:rsidRPr="0017550A" w:rsidRDefault="00037D92" w:rsidP="00037D92">
            <w:pPr>
              <w:keepLines/>
              <w:spacing w:line="400" w:lineRule="atLeast"/>
              <w:rPr>
                <w:sz w:val="40"/>
                <w:szCs w:val="40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4925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D466C68" w14:textId="7DDFF370" w:rsidR="009C450E" w:rsidRDefault="00921D06" w:rsidP="00921D06">
            <w:pPr>
              <w:keepLines/>
              <w:spacing w:line="400" w:lineRule="atLeast"/>
            </w:pPr>
            <w:r w:rsidRPr="00A70953">
              <w:rPr>
                <w:b/>
                <w:color w:val="000000"/>
                <w:sz w:val="26"/>
                <w:szCs w:val="26"/>
              </w:rPr>
              <w:t>Rosser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(Preschool, </w:t>
            </w:r>
            <w:r w:rsidRPr="00A70953">
              <w:rPr>
                <w:color w:val="000000"/>
                <w:sz w:val="24"/>
                <w:szCs w:val="24"/>
              </w:rPr>
              <w:t>2.5-5) N</w:t>
            </w:r>
            <w:r w:rsidR="003251E2" w:rsidRPr="00A70953">
              <w:rPr>
                <w:rFonts w:eastAsia="Malgun Gothic" w:hint="eastAsia"/>
                <w:color w:val="000000"/>
                <w:sz w:val="24"/>
                <w:szCs w:val="24"/>
                <w:lang w:eastAsia="ko-KR"/>
              </w:rPr>
              <w:t>orth</w:t>
            </w:r>
            <w:r w:rsidRPr="00A70953">
              <w:rPr>
                <w:color w:val="000000"/>
                <w:sz w:val="24"/>
                <w:szCs w:val="24"/>
              </w:rPr>
              <w:t xml:space="preserve"> Burnaby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1B9C159" w14:textId="251DDD81" w:rsidR="009C450E" w:rsidRPr="0017550A" w:rsidRDefault="00037D92" w:rsidP="00037D92">
            <w:pPr>
              <w:keepLines/>
              <w:spacing w:line="400" w:lineRule="atLeast"/>
              <w:rPr>
                <w:sz w:val="40"/>
                <w:szCs w:val="40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527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E3B5EED" w14:textId="77777777" w:rsidR="009C450E" w:rsidRDefault="00921D06" w:rsidP="00037D92">
            <w:pPr>
              <w:keepLines/>
              <w:spacing w:line="400" w:lineRule="atLeast"/>
            </w:pPr>
            <w:r w:rsidRPr="00A70953">
              <w:rPr>
                <w:b/>
                <w:color w:val="000000"/>
                <w:sz w:val="26"/>
                <w:szCs w:val="26"/>
              </w:rPr>
              <w:t>Madison</w:t>
            </w:r>
            <w:r>
              <w:rPr>
                <w:color w:val="000000"/>
              </w:rPr>
              <w:t xml:space="preserve"> </w:t>
            </w:r>
            <w:r w:rsidRPr="00A70953">
              <w:rPr>
                <w:color w:val="000000"/>
                <w:sz w:val="24"/>
                <w:szCs w:val="24"/>
              </w:rPr>
              <w:t>(Infant/Toddler, 3-5) North Burnaby</w:t>
            </w:r>
          </w:p>
        </w:tc>
      </w:tr>
      <w:tr w:rsidR="009C450E" w14:paraId="4F040D84" w14:textId="77777777" w:rsidTr="00A70953">
        <w:trPr>
          <w:cantSplit/>
          <w:trHeight w:val="559"/>
        </w:trPr>
        <w:tc>
          <w:tcPr>
            <w:tcW w:w="36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161A895" w14:textId="71558654" w:rsidR="009C450E" w:rsidRPr="0017550A" w:rsidRDefault="00037D92" w:rsidP="00037D92">
            <w:pPr>
              <w:keepLines/>
              <w:spacing w:line="400" w:lineRule="atLeast"/>
              <w:rPr>
                <w:sz w:val="40"/>
                <w:szCs w:val="40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4925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A8D3D62" w14:textId="77777777" w:rsidR="009C450E" w:rsidRDefault="00921D06" w:rsidP="00037D92">
            <w:pPr>
              <w:keepLines/>
              <w:spacing w:line="400" w:lineRule="atLeast"/>
            </w:pPr>
            <w:r w:rsidRPr="00A70953">
              <w:rPr>
                <w:b/>
                <w:color w:val="000000"/>
                <w:sz w:val="26"/>
                <w:szCs w:val="26"/>
              </w:rPr>
              <w:t>Yukon</w:t>
            </w:r>
            <w:r>
              <w:rPr>
                <w:color w:val="000000"/>
              </w:rPr>
              <w:t xml:space="preserve"> </w:t>
            </w:r>
            <w:r w:rsidRPr="00A70953">
              <w:rPr>
                <w:color w:val="000000"/>
                <w:sz w:val="24"/>
                <w:szCs w:val="24"/>
              </w:rPr>
              <w:t>(School Age) North Burnaby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778CFF6" w14:textId="4AA506FC" w:rsidR="009C450E" w:rsidRPr="0017550A" w:rsidRDefault="00037D92" w:rsidP="00037D92">
            <w:pPr>
              <w:keepLines/>
              <w:spacing w:line="400" w:lineRule="atLeast"/>
              <w:rPr>
                <w:sz w:val="40"/>
                <w:szCs w:val="40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527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0CEF7C4" w14:textId="77777777" w:rsidR="009C450E" w:rsidRDefault="00921D06" w:rsidP="00037D92">
            <w:pPr>
              <w:keepLines/>
              <w:spacing w:line="400" w:lineRule="atLeast"/>
            </w:pPr>
            <w:r w:rsidRPr="00A70953">
              <w:rPr>
                <w:b/>
                <w:color w:val="000000"/>
                <w:sz w:val="26"/>
                <w:szCs w:val="26"/>
              </w:rPr>
              <w:t>Qayqayt</w:t>
            </w:r>
            <w:r>
              <w:rPr>
                <w:color w:val="000000"/>
              </w:rPr>
              <w:t xml:space="preserve"> </w:t>
            </w:r>
            <w:r w:rsidRPr="00A70953">
              <w:rPr>
                <w:color w:val="000000"/>
                <w:sz w:val="24"/>
                <w:szCs w:val="24"/>
              </w:rPr>
              <w:t>(Toddler, 3-5) New Westminster</w:t>
            </w:r>
          </w:p>
        </w:tc>
      </w:tr>
      <w:tr w:rsidR="009C450E" w14:paraId="4428AABF" w14:textId="77777777" w:rsidTr="00A70953">
        <w:trPr>
          <w:cantSplit/>
          <w:trHeight w:val="559"/>
        </w:trPr>
        <w:tc>
          <w:tcPr>
            <w:tcW w:w="36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9876FC5" w14:textId="5864C8D4" w:rsidR="009C450E" w:rsidRPr="0017550A" w:rsidRDefault="00037D92" w:rsidP="00037D92">
            <w:pPr>
              <w:keepLines/>
              <w:spacing w:line="400" w:lineRule="atLeast"/>
              <w:rPr>
                <w:sz w:val="40"/>
                <w:szCs w:val="40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4925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BD7CB36" w14:textId="77777777" w:rsidR="009C450E" w:rsidRDefault="00921D06" w:rsidP="00037D92">
            <w:pPr>
              <w:keepLines/>
              <w:spacing w:line="400" w:lineRule="atLeast"/>
            </w:pPr>
            <w:r w:rsidRPr="00A70953">
              <w:rPr>
                <w:b/>
                <w:color w:val="000000"/>
                <w:sz w:val="26"/>
                <w:szCs w:val="26"/>
              </w:rPr>
              <w:t>Yukon</w:t>
            </w:r>
            <w:r>
              <w:rPr>
                <w:color w:val="000000"/>
              </w:rPr>
              <w:t xml:space="preserve"> </w:t>
            </w:r>
            <w:r w:rsidRPr="00A70953">
              <w:rPr>
                <w:color w:val="000000"/>
                <w:sz w:val="24"/>
                <w:szCs w:val="24"/>
              </w:rPr>
              <w:t>(Infant/Toddler, 3-5) North Burnaby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09B86A5" w14:textId="3C4255DA" w:rsidR="009C450E" w:rsidRPr="00037D92" w:rsidRDefault="00037D92" w:rsidP="00037D92">
            <w:pPr>
              <w:keepLines/>
              <w:spacing w:line="400" w:lineRule="atLeast"/>
              <w:rPr>
                <w:rFonts w:eastAsia="Malgun Gothic"/>
                <w:sz w:val="40"/>
                <w:szCs w:val="40"/>
                <w:lang w:eastAsia="ko-KR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527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9895258" w14:textId="77777777" w:rsidR="009C450E" w:rsidRDefault="00921D06" w:rsidP="00037D92">
            <w:pPr>
              <w:keepLines/>
              <w:spacing w:line="400" w:lineRule="atLeast"/>
            </w:pPr>
            <w:r w:rsidRPr="00A70953">
              <w:rPr>
                <w:b/>
                <w:color w:val="000000"/>
                <w:sz w:val="26"/>
                <w:szCs w:val="26"/>
              </w:rPr>
              <w:t>Ready Set Grow</w:t>
            </w:r>
            <w:r>
              <w:rPr>
                <w:color w:val="000000"/>
              </w:rPr>
              <w:t xml:space="preserve"> </w:t>
            </w:r>
            <w:r w:rsidRPr="00A70953">
              <w:rPr>
                <w:color w:val="000000"/>
                <w:sz w:val="24"/>
                <w:szCs w:val="24"/>
              </w:rPr>
              <w:t>(Toddler, 3-5) New Westminster</w:t>
            </w:r>
          </w:p>
        </w:tc>
      </w:tr>
      <w:tr w:rsidR="009C450E" w14:paraId="7D7EEDE9" w14:textId="77777777" w:rsidTr="00A70953">
        <w:trPr>
          <w:cantSplit/>
          <w:trHeight w:val="559"/>
        </w:trPr>
        <w:tc>
          <w:tcPr>
            <w:tcW w:w="36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72B44BD" w14:textId="77777777" w:rsidR="009C450E" w:rsidRDefault="009C450E" w:rsidP="00037D92">
            <w:pPr>
              <w:spacing w:line="400" w:lineRule="atLeast"/>
            </w:pPr>
          </w:p>
        </w:tc>
        <w:tc>
          <w:tcPr>
            <w:tcW w:w="4925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1F90152" w14:textId="77777777" w:rsidR="009C450E" w:rsidRDefault="009C450E" w:rsidP="00037D92">
            <w:pPr>
              <w:spacing w:line="400" w:lineRule="atLeast"/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8B46787" w14:textId="7036B86C" w:rsidR="009C450E" w:rsidRPr="0017550A" w:rsidRDefault="00037D92" w:rsidP="00037D92">
            <w:pPr>
              <w:keepLines/>
              <w:spacing w:line="400" w:lineRule="atLeast"/>
              <w:rPr>
                <w:sz w:val="40"/>
                <w:szCs w:val="40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5270" w:type="dxa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BF47D7C" w14:textId="77777777" w:rsidR="009C450E" w:rsidRDefault="00921D06" w:rsidP="00037D92">
            <w:pPr>
              <w:keepLines/>
              <w:spacing w:line="400" w:lineRule="atLeast"/>
            </w:pPr>
            <w:r w:rsidRPr="00A70953">
              <w:rPr>
                <w:b/>
                <w:color w:val="000000"/>
                <w:sz w:val="26"/>
                <w:szCs w:val="26"/>
              </w:rPr>
              <w:t>Skwo:wech</w:t>
            </w:r>
            <w:r>
              <w:rPr>
                <w:color w:val="000000"/>
              </w:rPr>
              <w:t xml:space="preserve"> </w:t>
            </w:r>
            <w:r w:rsidRPr="00A70953">
              <w:rPr>
                <w:color w:val="000000"/>
                <w:sz w:val="24"/>
                <w:szCs w:val="24"/>
              </w:rPr>
              <w:t>(Toddler, 3-5) New Westminster</w:t>
            </w:r>
          </w:p>
        </w:tc>
      </w:tr>
    </w:tbl>
    <w:p w14:paraId="097A0B1E" w14:textId="77777777" w:rsidR="009C450E" w:rsidRDefault="00921D06">
      <w:pPr>
        <w:keepLines/>
        <w:spacing w:line="120" w:lineRule="exact"/>
      </w:pPr>
      <w:r>
        <w:rPr>
          <w:color w:val="000000"/>
          <w:sz w:val="2"/>
        </w:rPr>
        <w:t xml:space="preserve"> </w:t>
      </w:r>
    </w:p>
    <w:tbl>
      <w:tblPr>
        <w:tblW w:w="10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7258"/>
      </w:tblGrid>
      <w:tr w:rsidR="009C450E" w14:paraId="70563A81" w14:textId="77777777" w:rsidTr="0077124C">
        <w:trPr>
          <w:cantSplit/>
          <w:trHeight w:val="490"/>
        </w:trPr>
        <w:tc>
          <w:tcPr>
            <w:tcW w:w="33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8AA2F" w14:textId="77777777" w:rsidR="003251E2" w:rsidRDefault="003251E2">
            <w:pPr>
              <w:keepLines/>
              <w:rPr>
                <w:rFonts w:eastAsia="Malgun Gothic"/>
                <w:b/>
                <w:color w:val="000000"/>
                <w:sz w:val="24"/>
                <w:szCs w:val="24"/>
                <w:lang w:eastAsia="ko-KR"/>
              </w:rPr>
            </w:pPr>
          </w:p>
          <w:p w14:paraId="2A0940F6" w14:textId="58140000" w:rsidR="009C450E" w:rsidRPr="003251E2" w:rsidRDefault="00921D06">
            <w:pPr>
              <w:keepLines/>
              <w:rPr>
                <w:rFonts w:eastAsia="Malgun Gothic"/>
                <w:sz w:val="24"/>
                <w:szCs w:val="24"/>
                <w:lang w:eastAsia="ko-KR"/>
              </w:rPr>
            </w:pPr>
            <w:r w:rsidRPr="003251E2">
              <w:rPr>
                <w:b/>
                <w:color w:val="000000"/>
                <w:sz w:val="24"/>
                <w:szCs w:val="24"/>
              </w:rPr>
              <w:t>Date of Initial Contac</w:t>
            </w:r>
            <w:r w:rsidR="003251E2">
              <w:rPr>
                <w:rFonts w:eastAsia="Malgun Gothic" w:hint="eastAsia"/>
                <w:b/>
                <w:color w:val="000000"/>
                <w:sz w:val="24"/>
                <w:szCs w:val="24"/>
                <w:lang w:eastAsia="ko-KR"/>
              </w:rPr>
              <w:t>t:</w:t>
            </w:r>
          </w:p>
        </w:tc>
        <w:tc>
          <w:tcPr>
            <w:tcW w:w="725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DE6A6" w14:textId="0FA0E98F" w:rsidR="009C450E" w:rsidRPr="003251E2" w:rsidRDefault="00921D06">
            <w:pPr>
              <w:keepLines/>
              <w:rPr>
                <w:rFonts w:eastAsia="Malgun Gothic"/>
                <w:lang w:eastAsia="ko-KR"/>
              </w:rPr>
            </w:pPr>
            <w:r>
              <w:rPr>
                <w:color w:val="000000"/>
                <w:sz w:val="22"/>
              </w:rPr>
              <w:t xml:space="preserve"> </w:t>
            </w:r>
          </w:p>
        </w:tc>
      </w:tr>
    </w:tbl>
    <w:p w14:paraId="370F5CA7" w14:textId="77777777" w:rsidR="009C450E" w:rsidRDefault="00921D06">
      <w:pPr>
        <w:keepLines/>
        <w:spacing w:line="30" w:lineRule="exact"/>
      </w:pPr>
      <w:r>
        <w:rPr>
          <w:color w:val="000000"/>
          <w:sz w:val="2"/>
        </w:rPr>
        <w:t xml:space="preserve"> </w:t>
      </w:r>
    </w:p>
    <w:tbl>
      <w:tblPr>
        <w:tblW w:w="10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7258"/>
      </w:tblGrid>
      <w:tr w:rsidR="009C450E" w14:paraId="6692FABF" w14:textId="77777777" w:rsidTr="0077124C">
        <w:trPr>
          <w:cantSplit/>
          <w:trHeight w:val="490"/>
        </w:trPr>
        <w:tc>
          <w:tcPr>
            <w:tcW w:w="33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64EAF" w14:textId="77777777" w:rsidR="003251E2" w:rsidRDefault="003251E2">
            <w:pPr>
              <w:keepLines/>
              <w:rPr>
                <w:rFonts w:eastAsia="Malgun Gothic"/>
                <w:b/>
                <w:color w:val="000000"/>
                <w:sz w:val="24"/>
                <w:szCs w:val="24"/>
                <w:lang w:eastAsia="ko-KR"/>
              </w:rPr>
            </w:pPr>
          </w:p>
          <w:p w14:paraId="63623AD2" w14:textId="797351BF" w:rsidR="009C450E" w:rsidRPr="003251E2" w:rsidRDefault="00921D06">
            <w:pPr>
              <w:keepLines/>
              <w:rPr>
                <w:sz w:val="24"/>
                <w:szCs w:val="24"/>
              </w:rPr>
            </w:pPr>
            <w:r w:rsidRPr="003251E2">
              <w:rPr>
                <w:b/>
                <w:color w:val="000000"/>
                <w:sz w:val="24"/>
                <w:szCs w:val="24"/>
              </w:rPr>
              <w:t>Parent/Guardian Full Name(s):</w:t>
            </w:r>
          </w:p>
        </w:tc>
        <w:tc>
          <w:tcPr>
            <w:tcW w:w="725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7876B" w14:textId="77777777" w:rsidR="009C450E" w:rsidRDefault="00921D06">
            <w:pPr>
              <w:keepLines/>
            </w:pPr>
            <w:r>
              <w:rPr>
                <w:color w:val="000000"/>
                <w:sz w:val="22"/>
              </w:rPr>
              <w:t xml:space="preserve"> </w:t>
            </w:r>
          </w:p>
        </w:tc>
      </w:tr>
    </w:tbl>
    <w:p w14:paraId="2FAA5A4A" w14:textId="77777777" w:rsidR="009C450E" w:rsidRDefault="00921D06">
      <w:pPr>
        <w:keepLines/>
        <w:spacing w:line="30" w:lineRule="exact"/>
      </w:pPr>
      <w:r>
        <w:rPr>
          <w:color w:val="000000"/>
          <w:sz w:val="2"/>
        </w:rPr>
        <w:t xml:space="preserve"> </w:t>
      </w:r>
    </w:p>
    <w:p w14:paraId="355687C0" w14:textId="77777777" w:rsidR="009C450E" w:rsidRDefault="00921D06">
      <w:pPr>
        <w:keepLines/>
        <w:spacing w:line="60" w:lineRule="exact"/>
      </w:pPr>
      <w:r>
        <w:rPr>
          <w:color w:val="000000"/>
          <w:sz w:val="2"/>
        </w:rPr>
        <w:t xml:space="preserve"> </w:t>
      </w:r>
    </w:p>
    <w:tbl>
      <w:tblPr>
        <w:tblW w:w="10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10167"/>
      </w:tblGrid>
      <w:tr w:rsidR="009C450E" w14:paraId="37292838" w14:textId="77777777">
        <w:trPr>
          <w:cantSplit/>
          <w:trHeight w:val="461"/>
        </w:trPr>
        <w:tc>
          <w:tcPr>
            <w:tcW w:w="403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53A2936F" w14:textId="77777777" w:rsidR="009C450E" w:rsidRPr="0017550A" w:rsidRDefault="00921D06">
            <w:pPr>
              <w:keepLines/>
              <w:rPr>
                <w:sz w:val="40"/>
                <w:szCs w:val="40"/>
              </w:rPr>
            </w:pPr>
            <w:r w:rsidRPr="0017550A">
              <w:rPr>
                <w:rFonts w:ascii="DejaVu Sans" w:hAnsi="DejaVu Sans"/>
                <w:color w:val="000000"/>
                <w:sz w:val="40"/>
                <w:szCs w:val="40"/>
              </w:rPr>
              <w:t>□</w:t>
            </w:r>
          </w:p>
        </w:tc>
        <w:tc>
          <w:tcPr>
            <w:tcW w:w="10166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1EFEFC7E" w14:textId="77777777" w:rsidR="009C450E" w:rsidRPr="003251E2" w:rsidRDefault="00921D06">
            <w:pPr>
              <w:keepLines/>
              <w:rPr>
                <w:sz w:val="24"/>
                <w:szCs w:val="24"/>
              </w:rPr>
            </w:pPr>
            <w:r w:rsidRPr="003251E2">
              <w:rPr>
                <w:b/>
                <w:color w:val="000000"/>
                <w:sz w:val="24"/>
                <w:szCs w:val="24"/>
              </w:rPr>
              <w:t>Full Time Care</w:t>
            </w:r>
          </w:p>
        </w:tc>
      </w:tr>
      <w:tr w:rsidR="009C450E" w14:paraId="266E04B6" w14:textId="77777777">
        <w:trPr>
          <w:cantSplit/>
          <w:trHeight w:val="461"/>
        </w:trPr>
        <w:tc>
          <w:tcPr>
            <w:tcW w:w="403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40F8B9E5" w14:textId="77777777" w:rsidR="009C450E" w:rsidRPr="0017550A" w:rsidRDefault="00921D06">
            <w:pPr>
              <w:keepLines/>
              <w:rPr>
                <w:sz w:val="40"/>
                <w:szCs w:val="40"/>
              </w:rPr>
            </w:pPr>
            <w:r w:rsidRPr="0017550A">
              <w:rPr>
                <w:rFonts w:ascii="DejaVu Sans" w:hAnsi="DejaVu Sans"/>
                <w:color w:val="000000"/>
                <w:sz w:val="40"/>
                <w:szCs w:val="40"/>
              </w:rPr>
              <w:t>□</w:t>
            </w:r>
          </w:p>
        </w:tc>
        <w:tc>
          <w:tcPr>
            <w:tcW w:w="10166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21005FF5" w14:textId="77777777" w:rsidR="009C450E" w:rsidRPr="003251E2" w:rsidRDefault="00921D06">
            <w:pPr>
              <w:keepLines/>
              <w:rPr>
                <w:sz w:val="24"/>
                <w:szCs w:val="24"/>
              </w:rPr>
            </w:pPr>
            <w:r w:rsidRPr="003251E2">
              <w:rPr>
                <w:b/>
                <w:color w:val="000000"/>
                <w:sz w:val="24"/>
                <w:szCs w:val="24"/>
              </w:rPr>
              <w:t>Part Time Care - 2 days per week</w:t>
            </w:r>
            <w:r w:rsidRPr="003251E2">
              <w:rPr>
                <w:color w:val="000000"/>
                <w:sz w:val="24"/>
                <w:szCs w:val="24"/>
              </w:rPr>
              <w:t xml:space="preserve"> (specify days) M/T or Th/Fri</w:t>
            </w:r>
          </w:p>
        </w:tc>
      </w:tr>
      <w:tr w:rsidR="009C450E" w14:paraId="76A515DB" w14:textId="77777777">
        <w:trPr>
          <w:cantSplit/>
          <w:trHeight w:val="461"/>
        </w:trPr>
        <w:tc>
          <w:tcPr>
            <w:tcW w:w="403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65B77143" w14:textId="77777777" w:rsidR="009C450E" w:rsidRPr="0017550A" w:rsidRDefault="00921D06">
            <w:pPr>
              <w:keepLines/>
              <w:rPr>
                <w:sz w:val="40"/>
                <w:szCs w:val="40"/>
              </w:rPr>
            </w:pPr>
            <w:r w:rsidRPr="0017550A">
              <w:rPr>
                <w:rFonts w:ascii="DejaVu Sans" w:hAnsi="DejaVu Sans"/>
                <w:color w:val="000000"/>
                <w:sz w:val="40"/>
                <w:szCs w:val="40"/>
              </w:rPr>
              <w:t>□</w:t>
            </w:r>
          </w:p>
        </w:tc>
        <w:tc>
          <w:tcPr>
            <w:tcW w:w="10166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49810B8E" w14:textId="77777777" w:rsidR="009C450E" w:rsidRPr="00E958BF" w:rsidRDefault="00921D06">
            <w:pPr>
              <w:keepLines/>
              <w:rPr>
                <w:rFonts w:eastAsia="Malgun Gothic"/>
                <w:sz w:val="24"/>
                <w:szCs w:val="24"/>
                <w:lang w:eastAsia="ko-KR"/>
              </w:rPr>
            </w:pPr>
            <w:r w:rsidRPr="003251E2">
              <w:rPr>
                <w:b/>
                <w:color w:val="000000"/>
                <w:sz w:val="24"/>
                <w:szCs w:val="24"/>
              </w:rPr>
              <w:t>Part Time Care - 3 days per week</w:t>
            </w:r>
            <w:r w:rsidRPr="003251E2">
              <w:rPr>
                <w:color w:val="000000"/>
                <w:sz w:val="24"/>
                <w:szCs w:val="24"/>
              </w:rPr>
              <w:t xml:space="preserve"> (specify days) MTW or W/Th/Fri</w:t>
            </w:r>
          </w:p>
        </w:tc>
      </w:tr>
      <w:tr w:rsidR="00E958BF" w14:paraId="73B8286C" w14:textId="77777777">
        <w:trPr>
          <w:cantSplit/>
          <w:trHeight w:val="461"/>
        </w:trPr>
        <w:tc>
          <w:tcPr>
            <w:tcW w:w="403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3292E3CD" w14:textId="77777777" w:rsidR="00E958BF" w:rsidRPr="00E06EF6" w:rsidRDefault="00E958BF">
            <w:pPr>
              <w:keepLines/>
              <w:rPr>
                <w:rFonts w:ascii="DejaVu Sans" w:eastAsia="Malgun Gothic" w:hAnsi="DejaVu Sans" w:hint="eastAsia"/>
                <w:color w:val="000000"/>
                <w:sz w:val="30"/>
                <w:szCs w:val="30"/>
                <w:lang w:eastAsia="ko-KR"/>
              </w:rPr>
            </w:pPr>
          </w:p>
        </w:tc>
        <w:tc>
          <w:tcPr>
            <w:tcW w:w="10166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4839FD53" w14:textId="77777777" w:rsidR="00E958BF" w:rsidRPr="003251E2" w:rsidRDefault="00E958BF">
            <w:pPr>
              <w:keepLines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36447981" w14:textId="77777777" w:rsidR="009C450E" w:rsidRDefault="00921D06">
      <w:pPr>
        <w:keepLines/>
        <w:spacing w:line="30" w:lineRule="exact"/>
      </w:pPr>
      <w:r>
        <w:rPr>
          <w:color w:val="000000"/>
          <w:sz w:val="2"/>
        </w:rPr>
        <w:t xml:space="preserve"> </w:t>
      </w:r>
    </w:p>
    <w:p w14:paraId="7BF628F2" w14:textId="77777777" w:rsidR="009C450E" w:rsidRDefault="00921D06">
      <w:pPr>
        <w:keepLines/>
        <w:spacing w:line="80" w:lineRule="exact"/>
      </w:pPr>
      <w:r>
        <w:rPr>
          <w:color w:val="000000"/>
          <w:sz w:val="2"/>
        </w:rPr>
        <w:t xml:space="preserve"> </w:t>
      </w:r>
    </w:p>
    <w:tbl>
      <w:tblPr>
        <w:tblW w:w="10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37"/>
        <w:gridCol w:w="4032"/>
        <w:gridCol w:w="432"/>
        <w:gridCol w:w="1037"/>
        <w:gridCol w:w="4032"/>
      </w:tblGrid>
      <w:tr w:rsidR="009C450E" w14:paraId="680F4FA2" w14:textId="77777777" w:rsidTr="0077124C">
        <w:trPr>
          <w:cantSplit/>
          <w:trHeight w:val="490"/>
        </w:trPr>
        <w:tc>
          <w:tcPr>
            <w:tcW w:w="10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DB903" w14:textId="77777777" w:rsidR="009C450E" w:rsidRPr="003251E2" w:rsidRDefault="00921D06">
            <w:pPr>
              <w:keepLines/>
              <w:rPr>
                <w:sz w:val="26"/>
                <w:szCs w:val="26"/>
              </w:rPr>
            </w:pPr>
            <w:r w:rsidRPr="003251E2">
              <w:rPr>
                <w:b/>
                <w:color w:val="000000"/>
                <w:sz w:val="26"/>
                <w:szCs w:val="26"/>
              </w:rPr>
              <w:t>Phone 1:</w:t>
            </w:r>
          </w:p>
        </w:tc>
        <w:tc>
          <w:tcPr>
            <w:tcW w:w="4032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F6D8D" w14:textId="77777777" w:rsidR="009C450E" w:rsidRDefault="00921D06">
            <w:pPr>
              <w:keepLines/>
            </w:pP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4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A7C4F" w14:textId="77777777" w:rsidR="009C450E" w:rsidRDefault="009C450E"/>
        </w:tc>
        <w:tc>
          <w:tcPr>
            <w:tcW w:w="10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FC47B" w14:textId="77777777" w:rsidR="009C450E" w:rsidRPr="003251E2" w:rsidRDefault="00921D06">
            <w:pPr>
              <w:keepLines/>
              <w:rPr>
                <w:sz w:val="26"/>
                <w:szCs w:val="26"/>
              </w:rPr>
            </w:pPr>
            <w:r w:rsidRPr="003251E2">
              <w:rPr>
                <w:b/>
                <w:color w:val="000000"/>
                <w:sz w:val="26"/>
                <w:szCs w:val="26"/>
              </w:rPr>
              <w:t>Phone 2:</w:t>
            </w:r>
          </w:p>
        </w:tc>
        <w:tc>
          <w:tcPr>
            <w:tcW w:w="4032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17E19" w14:textId="77777777" w:rsidR="009C450E" w:rsidRDefault="00921D06">
            <w:pPr>
              <w:keepLines/>
            </w:pPr>
            <w:r>
              <w:rPr>
                <w:color w:val="000000"/>
                <w:sz w:val="22"/>
              </w:rPr>
              <w:t xml:space="preserve"> </w:t>
            </w:r>
          </w:p>
        </w:tc>
      </w:tr>
    </w:tbl>
    <w:p w14:paraId="2E6EEFCA" w14:textId="77777777" w:rsidR="009C450E" w:rsidRDefault="00921D06">
      <w:pPr>
        <w:keepLines/>
        <w:spacing w:line="30" w:lineRule="exact"/>
      </w:pPr>
      <w:r>
        <w:rPr>
          <w:color w:val="000000"/>
          <w:sz w:val="2"/>
        </w:rPr>
        <w:t xml:space="preserve"> </w:t>
      </w:r>
    </w:p>
    <w:tbl>
      <w:tblPr>
        <w:tblW w:w="10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7258"/>
      </w:tblGrid>
      <w:tr w:rsidR="009C450E" w14:paraId="6F662218" w14:textId="77777777" w:rsidTr="0077124C">
        <w:trPr>
          <w:cantSplit/>
          <w:trHeight w:val="490"/>
        </w:trPr>
        <w:tc>
          <w:tcPr>
            <w:tcW w:w="33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1EE79" w14:textId="77777777" w:rsidR="009C450E" w:rsidRPr="003251E2" w:rsidRDefault="00921D06">
            <w:pPr>
              <w:keepLines/>
              <w:rPr>
                <w:sz w:val="24"/>
                <w:szCs w:val="24"/>
              </w:rPr>
            </w:pPr>
            <w:r w:rsidRPr="003251E2">
              <w:rPr>
                <w:b/>
                <w:color w:val="000000"/>
                <w:sz w:val="24"/>
                <w:szCs w:val="24"/>
              </w:rPr>
              <w:t>Address:</w:t>
            </w:r>
          </w:p>
        </w:tc>
        <w:tc>
          <w:tcPr>
            <w:tcW w:w="725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68CD9" w14:textId="77777777" w:rsidR="009C450E" w:rsidRDefault="00921D06">
            <w:pPr>
              <w:keepLines/>
            </w:pPr>
            <w:r>
              <w:rPr>
                <w:color w:val="000000"/>
                <w:sz w:val="22"/>
              </w:rPr>
              <w:t xml:space="preserve"> </w:t>
            </w:r>
          </w:p>
        </w:tc>
      </w:tr>
    </w:tbl>
    <w:p w14:paraId="3C36D493" w14:textId="77777777" w:rsidR="009C450E" w:rsidRDefault="00921D06">
      <w:pPr>
        <w:keepLines/>
        <w:spacing w:line="30" w:lineRule="exact"/>
      </w:pPr>
      <w:r>
        <w:rPr>
          <w:color w:val="000000"/>
          <w:sz w:val="2"/>
        </w:rPr>
        <w:t xml:space="preserve"> </w:t>
      </w:r>
    </w:p>
    <w:tbl>
      <w:tblPr>
        <w:tblW w:w="10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7258"/>
      </w:tblGrid>
      <w:tr w:rsidR="009C450E" w14:paraId="5E5E4BDE" w14:textId="77777777" w:rsidTr="0077124C">
        <w:trPr>
          <w:cantSplit/>
          <w:trHeight w:val="490"/>
        </w:trPr>
        <w:tc>
          <w:tcPr>
            <w:tcW w:w="33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5EDEF" w14:textId="77777777" w:rsidR="009C450E" w:rsidRPr="003251E2" w:rsidRDefault="00921D06">
            <w:pPr>
              <w:keepLines/>
              <w:rPr>
                <w:sz w:val="24"/>
                <w:szCs w:val="24"/>
              </w:rPr>
            </w:pPr>
            <w:r w:rsidRPr="003251E2">
              <w:rPr>
                <w:b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25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5BE32" w14:textId="77777777" w:rsidR="009C450E" w:rsidRDefault="00921D06">
            <w:pPr>
              <w:keepLines/>
            </w:pPr>
            <w:r>
              <w:rPr>
                <w:color w:val="000000"/>
                <w:sz w:val="22"/>
              </w:rPr>
              <w:t xml:space="preserve"> </w:t>
            </w:r>
          </w:p>
        </w:tc>
      </w:tr>
    </w:tbl>
    <w:p w14:paraId="62917D55" w14:textId="77777777" w:rsidR="009C450E" w:rsidRDefault="00921D06">
      <w:pPr>
        <w:keepLines/>
        <w:spacing w:line="30" w:lineRule="exact"/>
      </w:pPr>
      <w:r>
        <w:rPr>
          <w:color w:val="000000"/>
          <w:sz w:val="2"/>
        </w:rPr>
        <w:t xml:space="preserve"> </w:t>
      </w:r>
    </w:p>
    <w:tbl>
      <w:tblPr>
        <w:tblW w:w="10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7258"/>
      </w:tblGrid>
      <w:tr w:rsidR="009C450E" w14:paraId="37C5DD38" w14:textId="77777777" w:rsidTr="0077124C">
        <w:trPr>
          <w:cantSplit/>
          <w:trHeight w:val="490"/>
        </w:trPr>
        <w:tc>
          <w:tcPr>
            <w:tcW w:w="33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1FF1F" w14:textId="77777777" w:rsidR="009C450E" w:rsidRPr="003251E2" w:rsidRDefault="00921D06">
            <w:pPr>
              <w:keepLines/>
              <w:rPr>
                <w:sz w:val="24"/>
                <w:szCs w:val="24"/>
              </w:rPr>
            </w:pPr>
            <w:r w:rsidRPr="003251E2">
              <w:rPr>
                <w:b/>
                <w:color w:val="000000"/>
                <w:sz w:val="24"/>
                <w:szCs w:val="24"/>
              </w:rPr>
              <w:t>Child’s Full Name:</w:t>
            </w:r>
          </w:p>
        </w:tc>
        <w:tc>
          <w:tcPr>
            <w:tcW w:w="725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5088D" w14:textId="77777777" w:rsidR="009C450E" w:rsidRDefault="00921D06">
            <w:pPr>
              <w:keepLines/>
            </w:pPr>
            <w:r>
              <w:rPr>
                <w:color w:val="000000"/>
                <w:sz w:val="22"/>
              </w:rPr>
              <w:t xml:space="preserve"> </w:t>
            </w:r>
          </w:p>
        </w:tc>
      </w:tr>
    </w:tbl>
    <w:p w14:paraId="3CC48F93" w14:textId="77777777" w:rsidR="009C450E" w:rsidRDefault="00921D06">
      <w:pPr>
        <w:keepLines/>
        <w:spacing w:line="30" w:lineRule="exact"/>
      </w:pPr>
      <w:r>
        <w:rPr>
          <w:color w:val="000000"/>
          <w:sz w:val="2"/>
        </w:rPr>
        <w:t xml:space="preserve"> </w:t>
      </w:r>
    </w:p>
    <w:tbl>
      <w:tblPr>
        <w:tblW w:w="10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7258"/>
      </w:tblGrid>
      <w:tr w:rsidR="009C450E" w14:paraId="20C0AE3B" w14:textId="77777777" w:rsidTr="0077124C">
        <w:trPr>
          <w:cantSplit/>
          <w:trHeight w:val="490"/>
        </w:trPr>
        <w:tc>
          <w:tcPr>
            <w:tcW w:w="33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4D943" w14:textId="77777777" w:rsidR="009C450E" w:rsidRPr="003251E2" w:rsidRDefault="00921D06">
            <w:pPr>
              <w:keepLines/>
              <w:rPr>
                <w:sz w:val="24"/>
                <w:szCs w:val="24"/>
              </w:rPr>
            </w:pPr>
            <w:r w:rsidRPr="003251E2">
              <w:rPr>
                <w:b/>
                <w:color w:val="000000"/>
                <w:sz w:val="24"/>
                <w:szCs w:val="24"/>
              </w:rPr>
              <w:t>Child’s birthdate:</w:t>
            </w:r>
          </w:p>
        </w:tc>
        <w:tc>
          <w:tcPr>
            <w:tcW w:w="725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FB788" w14:textId="77777777" w:rsidR="009C450E" w:rsidRDefault="00921D06">
            <w:pPr>
              <w:keepLines/>
            </w:pPr>
            <w:r>
              <w:rPr>
                <w:color w:val="000000"/>
                <w:sz w:val="22"/>
              </w:rPr>
              <w:t xml:space="preserve"> </w:t>
            </w:r>
          </w:p>
        </w:tc>
      </w:tr>
      <w:tr w:rsidR="009C450E" w14:paraId="51597D22" w14:textId="77777777" w:rsidTr="0077124C">
        <w:trPr>
          <w:cantSplit/>
          <w:trHeight w:val="317"/>
        </w:trPr>
        <w:tc>
          <w:tcPr>
            <w:tcW w:w="33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8CE66" w14:textId="77777777" w:rsidR="009C450E" w:rsidRPr="003251E2" w:rsidRDefault="009C450E">
            <w:pPr>
              <w:rPr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2E509" w14:textId="77777777" w:rsidR="009C450E" w:rsidRPr="003251E2" w:rsidRDefault="00921D06">
            <w:pPr>
              <w:keepLines/>
              <w:spacing w:line="210" w:lineRule="exact"/>
              <w:rPr>
                <w:sz w:val="24"/>
                <w:szCs w:val="24"/>
              </w:rPr>
            </w:pPr>
            <w:r w:rsidRPr="003251E2">
              <w:rPr>
                <w:color w:val="000000"/>
                <w:sz w:val="24"/>
                <w:szCs w:val="24"/>
              </w:rPr>
              <w:t>(if unborn, indicate month and year when the child is due)</w:t>
            </w:r>
          </w:p>
        </w:tc>
      </w:tr>
    </w:tbl>
    <w:p w14:paraId="71226CB9" w14:textId="77777777" w:rsidR="009C450E" w:rsidRDefault="00921D06">
      <w:pPr>
        <w:keepLines/>
        <w:spacing w:line="30" w:lineRule="exact"/>
      </w:pPr>
      <w:r>
        <w:rPr>
          <w:color w:val="000000"/>
          <w:sz w:val="2"/>
        </w:rPr>
        <w:t xml:space="preserve"> </w:t>
      </w:r>
    </w:p>
    <w:tbl>
      <w:tblPr>
        <w:tblW w:w="10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7258"/>
      </w:tblGrid>
      <w:tr w:rsidR="009C450E" w14:paraId="5C3B9B01" w14:textId="77777777" w:rsidTr="0077124C">
        <w:trPr>
          <w:cantSplit/>
          <w:trHeight w:val="490"/>
        </w:trPr>
        <w:tc>
          <w:tcPr>
            <w:tcW w:w="33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1DA36" w14:textId="77777777" w:rsidR="009C450E" w:rsidRPr="003251E2" w:rsidRDefault="00921D06">
            <w:pPr>
              <w:keepLines/>
              <w:rPr>
                <w:sz w:val="24"/>
                <w:szCs w:val="24"/>
              </w:rPr>
            </w:pPr>
            <w:r w:rsidRPr="003251E2">
              <w:rPr>
                <w:b/>
                <w:color w:val="000000"/>
                <w:sz w:val="24"/>
                <w:szCs w:val="24"/>
              </w:rPr>
              <w:t>Date care needed MM/YYYY:</w:t>
            </w:r>
          </w:p>
        </w:tc>
        <w:tc>
          <w:tcPr>
            <w:tcW w:w="725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D1DC3" w14:textId="77777777" w:rsidR="009C450E" w:rsidRDefault="00921D06">
            <w:pPr>
              <w:keepLines/>
            </w:pPr>
            <w:r>
              <w:rPr>
                <w:color w:val="000000"/>
                <w:sz w:val="22"/>
              </w:rPr>
              <w:t xml:space="preserve"> </w:t>
            </w:r>
          </w:p>
        </w:tc>
      </w:tr>
    </w:tbl>
    <w:p w14:paraId="75B6550B" w14:textId="77777777" w:rsidR="009C450E" w:rsidRDefault="00921D06">
      <w:pPr>
        <w:keepLines/>
        <w:spacing w:line="30" w:lineRule="exact"/>
      </w:pPr>
      <w:r>
        <w:rPr>
          <w:color w:val="000000"/>
          <w:sz w:val="2"/>
        </w:rPr>
        <w:t xml:space="preserve"> </w:t>
      </w:r>
    </w:p>
    <w:tbl>
      <w:tblPr>
        <w:tblW w:w="10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7258"/>
      </w:tblGrid>
      <w:tr w:rsidR="009C450E" w14:paraId="49B9D782" w14:textId="77777777" w:rsidTr="0077124C">
        <w:trPr>
          <w:cantSplit/>
          <w:trHeight w:val="490"/>
        </w:trPr>
        <w:tc>
          <w:tcPr>
            <w:tcW w:w="33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98579" w14:textId="77777777" w:rsidR="009C450E" w:rsidRPr="003251E2" w:rsidRDefault="00921D06">
            <w:pPr>
              <w:keepLines/>
              <w:rPr>
                <w:sz w:val="24"/>
                <w:szCs w:val="24"/>
              </w:rPr>
            </w:pPr>
            <w:r w:rsidRPr="003251E2">
              <w:rPr>
                <w:b/>
                <w:color w:val="000000"/>
                <w:sz w:val="24"/>
                <w:szCs w:val="24"/>
              </w:rPr>
              <w:t>How did you hear about us?</w:t>
            </w:r>
          </w:p>
        </w:tc>
        <w:tc>
          <w:tcPr>
            <w:tcW w:w="725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2642D" w14:textId="77777777" w:rsidR="009C450E" w:rsidRDefault="00921D06">
            <w:pPr>
              <w:keepLines/>
            </w:pPr>
            <w:r>
              <w:rPr>
                <w:color w:val="000000"/>
                <w:sz w:val="22"/>
              </w:rPr>
              <w:t xml:space="preserve"> </w:t>
            </w:r>
          </w:p>
        </w:tc>
      </w:tr>
    </w:tbl>
    <w:p w14:paraId="798D62CD" w14:textId="77777777" w:rsidR="009C450E" w:rsidRDefault="00921D06">
      <w:pPr>
        <w:keepLines/>
        <w:spacing w:line="30" w:lineRule="exact"/>
      </w:pPr>
      <w:r>
        <w:rPr>
          <w:color w:val="000000"/>
          <w:sz w:val="2"/>
        </w:rPr>
        <w:t xml:space="preserve"> </w:t>
      </w:r>
    </w:p>
    <w:tbl>
      <w:tblPr>
        <w:tblW w:w="7258" w:type="dxa"/>
        <w:tblInd w:w="33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258"/>
      </w:tblGrid>
      <w:tr w:rsidR="009C450E" w14:paraId="649DE0A6" w14:textId="77777777" w:rsidTr="0077124C">
        <w:trPr>
          <w:cantSplit/>
          <w:trHeight w:val="389"/>
        </w:trPr>
        <w:tc>
          <w:tcPr>
            <w:tcW w:w="725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444BD" w14:textId="77777777" w:rsidR="009C450E" w:rsidRDefault="009C450E">
            <w:pPr>
              <w:keepLines/>
              <w:spacing w:line="220" w:lineRule="exact"/>
            </w:pPr>
          </w:p>
        </w:tc>
      </w:tr>
    </w:tbl>
    <w:p w14:paraId="17C01FEA" w14:textId="77777777" w:rsidR="009C450E" w:rsidRDefault="00921D06">
      <w:pPr>
        <w:keepLines/>
        <w:spacing w:line="30" w:lineRule="exact"/>
      </w:pPr>
      <w:r>
        <w:rPr>
          <w:color w:val="000000"/>
          <w:sz w:val="2"/>
        </w:rPr>
        <w:t xml:space="preserve"> </w:t>
      </w:r>
    </w:p>
    <w:p w14:paraId="6F971756" w14:textId="4781858A" w:rsidR="003251E2" w:rsidRPr="00E958BF" w:rsidRDefault="00921D06" w:rsidP="00E958BF">
      <w:pPr>
        <w:keepLines/>
        <w:spacing w:line="100" w:lineRule="exact"/>
        <w:rPr>
          <w:rFonts w:eastAsia="Malgun Gothic"/>
          <w:lang w:eastAsia="ko-KR"/>
        </w:rPr>
      </w:pPr>
      <w:r>
        <w:rPr>
          <w:color w:val="000000"/>
          <w:sz w:val="2"/>
        </w:rPr>
        <w:t xml:space="preserve"> </w:t>
      </w:r>
    </w:p>
    <w:p w14:paraId="1C244090" w14:textId="77777777" w:rsidR="003251E2" w:rsidRDefault="003251E2" w:rsidP="003251E2">
      <w:pPr>
        <w:keepLines/>
        <w:spacing w:line="240" w:lineRule="exact"/>
        <w:jc w:val="center"/>
        <w:rPr>
          <w:rFonts w:eastAsia="Malgun Gothic"/>
          <w:b/>
          <w:color w:val="000000"/>
          <w:sz w:val="24"/>
          <w:szCs w:val="24"/>
          <w:lang w:eastAsia="ko-KR"/>
        </w:rPr>
      </w:pPr>
    </w:p>
    <w:p w14:paraId="76956E63" w14:textId="70732EF9" w:rsidR="00E958BF" w:rsidRPr="00E06EF6" w:rsidRDefault="00921D06" w:rsidP="00E06EF6">
      <w:pPr>
        <w:keepLines/>
        <w:spacing w:line="240" w:lineRule="exact"/>
        <w:jc w:val="center"/>
        <w:rPr>
          <w:rFonts w:eastAsia="Malgun Gothic"/>
          <w:b/>
          <w:color w:val="000000"/>
          <w:sz w:val="24"/>
          <w:szCs w:val="24"/>
          <w:lang w:eastAsia="ko-KR"/>
        </w:rPr>
      </w:pPr>
      <w:r w:rsidRPr="003251E2">
        <w:rPr>
          <w:b/>
          <w:color w:val="000000"/>
          <w:sz w:val="24"/>
          <w:szCs w:val="24"/>
        </w:rPr>
        <w:t>Extra support needed?</w:t>
      </w:r>
    </w:p>
    <w:tbl>
      <w:tblPr>
        <w:tblW w:w="10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4882"/>
        <w:gridCol w:w="403"/>
        <w:gridCol w:w="4882"/>
      </w:tblGrid>
      <w:tr w:rsidR="009C450E" w14:paraId="27FAC086" w14:textId="77777777" w:rsidTr="00E06EF6">
        <w:trPr>
          <w:cantSplit/>
          <w:trHeight w:val="461"/>
        </w:trPr>
        <w:tc>
          <w:tcPr>
            <w:tcW w:w="403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27CDC5F0" w14:textId="0FF682AA" w:rsidR="009C450E" w:rsidRPr="0017550A" w:rsidRDefault="00037D92" w:rsidP="00E06EF6">
            <w:pPr>
              <w:keepLines/>
              <w:spacing w:line="400" w:lineRule="exact"/>
              <w:rPr>
                <w:sz w:val="40"/>
                <w:szCs w:val="40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4882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1C2F5152" w14:textId="77777777" w:rsidR="009C450E" w:rsidRPr="003251E2" w:rsidRDefault="00921D06" w:rsidP="00E06EF6">
            <w:pPr>
              <w:keepLines/>
              <w:spacing w:line="400" w:lineRule="exact"/>
              <w:rPr>
                <w:sz w:val="24"/>
                <w:szCs w:val="24"/>
              </w:rPr>
            </w:pPr>
            <w:r w:rsidRPr="003251E2">
              <w:rPr>
                <w:color w:val="000000"/>
                <w:sz w:val="24"/>
                <w:szCs w:val="24"/>
              </w:rPr>
              <w:t>Infant Development Program</w:t>
            </w:r>
          </w:p>
        </w:tc>
        <w:tc>
          <w:tcPr>
            <w:tcW w:w="403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5E4F750E" w14:textId="28F92E0E" w:rsidR="009C450E" w:rsidRPr="0017550A" w:rsidRDefault="00037D92" w:rsidP="00E06EF6">
            <w:pPr>
              <w:keepLines/>
              <w:spacing w:line="400" w:lineRule="exact"/>
              <w:rPr>
                <w:sz w:val="40"/>
                <w:szCs w:val="40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4882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294A71C1" w14:textId="77777777" w:rsidR="009C450E" w:rsidRPr="003251E2" w:rsidRDefault="00921D06" w:rsidP="00E06EF6">
            <w:pPr>
              <w:keepLines/>
              <w:spacing w:line="400" w:lineRule="exact"/>
              <w:rPr>
                <w:sz w:val="24"/>
                <w:szCs w:val="24"/>
              </w:rPr>
            </w:pPr>
            <w:r w:rsidRPr="003251E2">
              <w:rPr>
                <w:color w:val="000000"/>
                <w:sz w:val="24"/>
                <w:szCs w:val="24"/>
              </w:rPr>
              <w:t>Supported Development Program</w:t>
            </w:r>
          </w:p>
        </w:tc>
      </w:tr>
      <w:tr w:rsidR="009C450E" w14:paraId="571025E9" w14:textId="77777777" w:rsidTr="00E06EF6">
        <w:trPr>
          <w:cantSplit/>
          <w:trHeight w:val="461"/>
        </w:trPr>
        <w:tc>
          <w:tcPr>
            <w:tcW w:w="403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59B88C20" w14:textId="17A79181" w:rsidR="009C450E" w:rsidRPr="0017550A" w:rsidRDefault="00037D92" w:rsidP="00E06EF6">
            <w:pPr>
              <w:keepLines/>
              <w:spacing w:line="400" w:lineRule="exact"/>
              <w:rPr>
                <w:sz w:val="40"/>
                <w:szCs w:val="40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lastRenderedPageBreak/>
              <w:t>□</w:t>
            </w:r>
          </w:p>
        </w:tc>
        <w:tc>
          <w:tcPr>
            <w:tcW w:w="4882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17E4915A" w14:textId="77777777" w:rsidR="009C450E" w:rsidRPr="003251E2" w:rsidRDefault="00921D06" w:rsidP="00E06EF6">
            <w:pPr>
              <w:keepLines/>
              <w:spacing w:line="400" w:lineRule="exact"/>
              <w:rPr>
                <w:sz w:val="24"/>
                <w:szCs w:val="24"/>
              </w:rPr>
            </w:pPr>
            <w:r w:rsidRPr="003251E2">
              <w:rPr>
                <w:color w:val="000000"/>
                <w:sz w:val="24"/>
                <w:szCs w:val="24"/>
              </w:rPr>
              <w:t>Health Department</w:t>
            </w:r>
          </w:p>
        </w:tc>
        <w:tc>
          <w:tcPr>
            <w:tcW w:w="403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36A8E87C" w14:textId="2E511EDD" w:rsidR="009C450E" w:rsidRPr="0017550A" w:rsidRDefault="00037D92" w:rsidP="00E06EF6">
            <w:pPr>
              <w:keepLines/>
              <w:spacing w:line="400" w:lineRule="exact"/>
              <w:rPr>
                <w:sz w:val="40"/>
                <w:szCs w:val="40"/>
              </w:rPr>
            </w:pPr>
            <w:r w:rsidRPr="00037D92">
              <w:rPr>
                <w:rFonts w:ascii="DejaVu Sans" w:hAnsi="DejaVu Sans"/>
                <w:b/>
                <w:bCs/>
                <w:color w:val="000000"/>
                <w:sz w:val="46"/>
                <w:szCs w:val="46"/>
              </w:rPr>
              <w:t>□</w:t>
            </w:r>
          </w:p>
        </w:tc>
        <w:tc>
          <w:tcPr>
            <w:tcW w:w="4882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08EBBF22" w14:textId="77777777" w:rsidR="009C450E" w:rsidRPr="00E06EF6" w:rsidRDefault="00921D06" w:rsidP="00E06EF6">
            <w:pPr>
              <w:keepLines/>
              <w:spacing w:line="400" w:lineRule="exact"/>
              <w:rPr>
                <w:rFonts w:eastAsia="Malgun Gothic"/>
                <w:sz w:val="24"/>
                <w:szCs w:val="24"/>
                <w:lang w:eastAsia="ko-KR"/>
              </w:rPr>
            </w:pPr>
            <w:r w:rsidRPr="003251E2">
              <w:rPr>
                <w:color w:val="000000"/>
                <w:sz w:val="24"/>
                <w:szCs w:val="24"/>
              </w:rPr>
              <w:t>BC Centre for Ability</w:t>
            </w:r>
          </w:p>
        </w:tc>
      </w:tr>
    </w:tbl>
    <w:p w14:paraId="48954F06" w14:textId="723238C3" w:rsidR="003251E2" w:rsidRPr="00E958BF" w:rsidRDefault="00921D06" w:rsidP="00E958BF">
      <w:pPr>
        <w:keepLines/>
        <w:spacing w:line="30" w:lineRule="exact"/>
        <w:rPr>
          <w:rFonts w:eastAsia="Malgun Gothic"/>
          <w:lang w:eastAsia="ko-KR"/>
        </w:rPr>
      </w:pPr>
      <w:r>
        <w:rPr>
          <w:color w:val="000000"/>
          <w:sz w:val="2"/>
        </w:rPr>
        <w:t xml:space="preserve"> </w:t>
      </w:r>
    </w:p>
    <w:p w14:paraId="2121E557" w14:textId="77777777" w:rsidR="00E06EF6" w:rsidRDefault="00E06EF6">
      <w:pPr>
        <w:keepLines/>
        <w:spacing w:line="240" w:lineRule="exact"/>
        <w:jc w:val="center"/>
        <w:rPr>
          <w:rFonts w:eastAsia="Malgun Gothic"/>
          <w:i/>
          <w:color w:val="000000"/>
          <w:sz w:val="24"/>
          <w:szCs w:val="24"/>
          <w:lang w:eastAsia="ko-KR"/>
        </w:rPr>
      </w:pPr>
    </w:p>
    <w:p w14:paraId="2E567D9D" w14:textId="101217A6" w:rsidR="009C450E" w:rsidRPr="00E06EF6" w:rsidRDefault="00921D06">
      <w:pPr>
        <w:keepLines/>
        <w:spacing w:line="240" w:lineRule="exact"/>
        <w:jc w:val="center"/>
        <w:rPr>
          <w:sz w:val="24"/>
          <w:szCs w:val="24"/>
        </w:rPr>
      </w:pPr>
      <w:r w:rsidRPr="00E06EF6">
        <w:rPr>
          <w:i/>
          <w:color w:val="000000"/>
          <w:sz w:val="24"/>
          <w:szCs w:val="24"/>
        </w:rPr>
        <w:t xml:space="preserve">E-mail waitlist application form to </w:t>
      </w:r>
      <w:r w:rsidRPr="00E06EF6">
        <w:rPr>
          <w:b/>
          <w:i/>
          <w:color w:val="000000"/>
          <w:sz w:val="24"/>
          <w:szCs w:val="24"/>
        </w:rPr>
        <w:t>mail@purposesociety.org</w:t>
      </w:r>
    </w:p>
    <w:sectPr w:rsidR="009C450E" w:rsidRPr="00E06EF6" w:rsidSect="00034616">
      <w:pgSz w:w="12240" w:h="15840"/>
      <w:pgMar w:top="403" w:right="835" w:bottom="360" w:left="835" w:header="115" w:footer="11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7D92"/>
    <w:rsid w:val="0006063C"/>
    <w:rsid w:val="00127337"/>
    <w:rsid w:val="00134142"/>
    <w:rsid w:val="0015074B"/>
    <w:rsid w:val="0017550A"/>
    <w:rsid w:val="001E6780"/>
    <w:rsid w:val="00287061"/>
    <w:rsid w:val="0029639D"/>
    <w:rsid w:val="003251E2"/>
    <w:rsid w:val="00326F90"/>
    <w:rsid w:val="003C6CEA"/>
    <w:rsid w:val="00513EB5"/>
    <w:rsid w:val="00593A44"/>
    <w:rsid w:val="0077124C"/>
    <w:rsid w:val="00800A07"/>
    <w:rsid w:val="008B565D"/>
    <w:rsid w:val="00921D06"/>
    <w:rsid w:val="009C450E"/>
    <w:rsid w:val="00A70953"/>
    <w:rsid w:val="00AA1D8D"/>
    <w:rsid w:val="00AF7886"/>
    <w:rsid w:val="00B47730"/>
    <w:rsid w:val="00B95DC3"/>
    <w:rsid w:val="00CB0664"/>
    <w:rsid w:val="00CE738F"/>
    <w:rsid w:val="00E06EF6"/>
    <w:rsid w:val="00E958BF"/>
    <w:rsid w:val="00F64F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E11D2D"/>
  <w14:defaultImageDpi w14:val="300"/>
  <w15:docId w15:val="{D972EB6B-C3A1-4DFC-B0FB-6E58F7405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30" w:lineRule="exact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544A48-E427-4231-993D-EF937A804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C38C5147.dotm</Template>
  <TotalTime>1</TotalTime>
  <Pages>1</Pages>
  <Words>195</Words>
  <Characters>1032</Characters>
  <Application>Microsoft Office Word</Application>
  <DocSecurity>4</DocSecurity>
  <Lines>114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Aaron Broomfield</cp:lastModifiedBy>
  <cp:revision>2</cp:revision>
  <cp:lastPrinted>2026-08-28T19:46:00Z</cp:lastPrinted>
  <dcterms:created xsi:type="dcterms:W3CDTF">2026-09-21T23:52:00Z</dcterms:created>
  <dcterms:modified xsi:type="dcterms:W3CDTF">2026-09-21T23:52:00Z</dcterms:modified>
  <cp:category/>
</cp:coreProperties>
</file>